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Tahsilat Makbuzu Örneği</w:t>
      </w:r>
    </w:p>
    <w:p>
      <w:r>
        <w:t>Boş ve düzenlenebilir form</w:t>
      </w:r>
    </w:p>
    <w:p>
      <w:r>
        <w:t>Firma bilgilerini ve işlem alanlarını ihtiyacınıza göre doldurun. Çek veya senet kullanılmıyorsa ilgili alanları boş bırakabilirsiniz.</w:t>
      </w:r>
    </w:p>
    <w:p>
      <w:pPr>
        <w:pStyle w:val="Heading2"/>
        <w:spacing w:before="180" w:after="120"/>
      </w:pPr>
      <w:r>
        <w:t>Firma bilgileri</w:t>
      </w:r>
    </w:p>
    <w:p>
      <w:pPr>
        <w:spacing w:after="160"/>
      </w:pPr>
      <w:r>
        <w:rPr>
          <w:b/>
        </w:rPr>
        <w:t xml:space="preserve">Firma unvanı  </w:t>
      </w:r>
      <w:r>
        <w:t>__________________________________________________________</w:t>
      </w:r>
    </w:p>
    <w:p>
      <w:pPr>
        <w:spacing w:after="160"/>
      </w:pPr>
      <w:r>
        <w:rPr>
          <w:b/>
        </w:rPr>
        <w:t xml:space="preserve">Adres  </w:t>
      </w:r>
      <w:r>
        <w:t>___________________________________________________________________</w:t>
      </w:r>
    </w:p>
    <w:p>
      <w:pPr>
        <w:spacing w:after="160"/>
      </w:pPr>
      <w:r>
        <w:rPr>
          <w:b/>
        </w:rPr>
        <w:t xml:space="preserve">Vergi dairesi ve numarası  </w:t>
      </w:r>
      <w:r>
        <w:t>___________________________________________</w:t>
      </w:r>
    </w:p>
    <w:p>
      <w:pPr>
        <w:pStyle w:val="Heading2"/>
        <w:spacing w:before="180" w:after="120"/>
      </w:pPr>
      <w:r>
        <w:t>İşlem bilgileri</w:t>
      </w:r>
    </w:p>
    <w:p>
      <w:pPr>
        <w:spacing w:after="160"/>
      </w:pPr>
      <w:r>
        <w:rPr>
          <w:b/>
        </w:rPr>
        <w:t xml:space="preserve">Tarih  </w:t>
      </w:r>
      <w:r>
        <w:t>____________________________</w:t>
      </w:r>
    </w:p>
    <w:p>
      <w:pPr>
        <w:spacing w:after="160"/>
      </w:pPr>
      <w:r>
        <w:rPr>
          <w:b/>
        </w:rPr>
        <w:t xml:space="preserve">Makbuz numarası  </w:t>
      </w:r>
      <w:r>
        <w:t>_____________________________________________</w:t>
      </w:r>
    </w:p>
    <w:p>
      <w:pPr>
        <w:spacing w:after="160"/>
      </w:pPr>
      <w:r>
        <w:rPr>
          <w:b/>
        </w:rPr>
        <w:t xml:space="preserve">Ödemeyi yapan kişi veya firma  </w:t>
      </w:r>
      <w:r>
        <w:t>_______________________________________</w:t>
      </w:r>
    </w:p>
    <w:p>
      <w:pPr>
        <w:spacing w:after="160"/>
      </w:pPr>
      <w:r>
        <w:rPr>
          <w:b/>
        </w:rPr>
        <w:t xml:space="preserve">Tahsil edilen tutar  </w:t>
      </w:r>
      <w:r>
        <w:t>___________________________________________</w:t>
      </w:r>
    </w:p>
    <w:p>
      <w:pPr>
        <w:spacing w:after="160"/>
      </w:pPr>
      <w:r>
        <w:rPr>
          <w:b/>
        </w:rPr>
        <w:t xml:space="preserve">Para birimi  </w:t>
      </w:r>
      <w:r>
        <w:t>___________________________________________________</w:t>
      </w:r>
    </w:p>
    <w:p>
      <w:pPr>
        <w:spacing w:after="160"/>
      </w:pPr>
      <w:r>
        <w:rPr>
          <w:b/>
        </w:rPr>
        <w:t xml:space="preserve">Tutar yazıyla  </w:t>
      </w:r>
      <w:r>
        <w:t>_________________________________________________________</w:t>
      </w:r>
    </w:p>
    <w:p>
      <w:pPr>
        <w:spacing w:after="160"/>
      </w:pPr>
      <w:r>
        <w:rPr>
          <w:b/>
        </w:rPr>
        <w:t xml:space="preserve">Ödeme veya teslim türü  </w:t>
      </w:r>
      <w:r>
        <w:t>____________________________________________</w:t>
      </w:r>
    </w:p>
    <w:p>
      <w:pPr>
        <w:spacing w:after="160"/>
      </w:pPr>
      <w:r>
        <w:rPr>
          <w:b/>
        </w:rPr>
        <w:t xml:space="preserve">Açıklama  </w:t>
      </w:r>
      <w:r>
        <w:t>______________________________________________________________</w:t>
      </w:r>
    </w:p>
    <w:p>
      <w:r>
        <w:t>__________________________________________________________________________________</w:t>
      </w:r>
    </w:p>
    <w:p>
      <w:pPr>
        <w:pStyle w:val="Heading2"/>
        <w:spacing w:before="180" w:after="120"/>
      </w:pPr>
      <w:r>
        <w:t>Çek veya senet bilgileri</w:t>
      </w:r>
    </w:p>
    <w:p>
      <w:pPr>
        <w:spacing w:after="160"/>
      </w:pPr>
      <w:r>
        <w:rPr>
          <w:b/>
        </w:rPr>
        <w:t xml:space="preserve">Belge türü ve numarası  </w:t>
      </w:r>
      <w:r>
        <w:t>____________________________________________</w:t>
      </w:r>
    </w:p>
    <w:p>
      <w:pPr>
        <w:spacing w:after="160"/>
      </w:pPr>
      <w:r>
        <w:rPr>
          <w:b/>
        </w:rPr>
        <w:t xml:space="preserve">Vade tarihi  </w:t>
      </w:r>
      <w:r>
        <w:t>____________________________________________________</w:t>
      </w:r>
    </w:p>
    <w:p>
      <w:pPr>
        <w:spacing w:after="160"/>
      </w:pPr>
      <w:r>
        <w:rPr>
          <w:b/>
        </w:rPr>
        <w:t xml:space="preserve">Banka ve şube  </w:t>
      </w:r>
      <w:r>
        <w:t>_________________________________________________</w:t>
      </w:r>
    </w:p>
    <w:p>
      <w:pPr>
        <w:pStyle w:val="Heading2"/>
        <w:spacing w:before="180" w:after="120"/>
      </w:pPr>
      <w:r>
        <w:t>İmzalar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t>Teslim eden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t>Teslim alan</w:t>
            </w:r>
          </w:p>
        </w:tc>
      </w:tr>
      <w:tr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t>Ad soyad ve imza</w:t>
              <w:br/>
              <w:br/>
              <w:t>________________________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t>Ad soyad ve imza</w:t>
              <w:br/>
              <w:br/>
              <w:t>________________________</w:t>
            </w:r>
          </w:p>
        </w:tc>
      </w:tr>
    </w:tbl>
    <w:p>
      <w:pPr>
        <w:spacing w:before="240"/>
      </w:pPr>
      <w:r>
        <w:rPr>
          <w:sz w:val="16"/>
        </w:rPr>
        <w:t>Genel amaçlı form örneğidir. Baskı ölçüsü ve yerleşimi siparişe göre ayrıca hazırlanır.</w:t>
      </w:r>
    </w:p>
    <w:p>
      <w:r>
        <w:rPr>
          <w:sz w:val="16"/>
        </w:rPr>
        <w:t>Mavi Basım  |  mavibasim.com/tahsilat-makbuzu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Boş Tahsilat Makbuzu Örneği</dc:title>
  <dc:subject>Düzenlenebilir tahsilat formu</dc:subject>
  <dc:creator>Mavi Basım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